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7F52F1" w14:textId="4FC91E4B" w:rsidR="001515DB" w:rsidRPr="001515DB" w:rsidRDefault="001515DB" w:rsidP="001515DB">
      <w:pPr>
        <w:pStyle w:val="Title"/>
        <w:tabs>
          <w:tab w:val="left" w:pos="732"/>
          <w:tab w:val="center" w:pos="5328"/>
        </w:tabs>
        <w:spacing w:before="160" w:after="20"/>
        <w:rPr>
          <w:color w:val="0070C0"/>
          <w:lang w:val="fr-FR"/>
        </w:rPr>
      </w:pPr>
      <w:r>
        <w:rPr>
          <w:noProof/>
          <w:color w:val="0070C0"/>
          <w:lang w:val="fr-FR"/>
        </w:rPr>
        <w:drawing>
          <wp:anchor distT="0" distB="0" distL="114300" distR="114300" simplePos="0" relativeHeight="251657216" behindDoc="0" locked="0" layoutInCell="1" allowOverlap="1" wp14:anchorId="3D890DD8" wp14:editId="089090B6">
            <wp:simplePos x="0" y="0"/>
            <wp:positionH relativeFrom="column">
              <wp:posOffset>121920</wp:posOffset>
            </wp:positionH>
            <wp:positionV relativeFrom="paragraph">
              <wp:posOffset>118745</wp:posOffset>
            </wp:positionV>
            <wp:extent cx="1423035" cy="502920"/>
            <wp:effectExtent l="0" t="0" r="0" b="0"/>
            <wp:wrapNone/>
            <wp:docPr id="38155246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552469" name="Image 381552469"/>
                    <pic:cNvPicPr/>
                  </pic:nvPicPr>
                  <pic:blipFill rotWithShape="1">
                    <a:blip r:embed="rId8"/>
                    <a:srcRect l="22167" t="36893" r="17923" b="38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502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color w:val="0070C0"/>
          <w:lang w:val="fr-FR"/>
        </w:rPr>
        <w:tab/>
      </w:r>
      <w:r>
        <w:rPr>
          <w:color w:val="0070C0"/>
          <w:lang w:val="fr-FR"/>
        </w:rPr>
        <w:tab/>
      </w:r>
      <w:r w:rsidRPr="001515DB">
        <w:rPr>
          <w:color w:val="0070C0"/>
          <w:lang w:val="fr-FR"/>
        </w:rPr>
        <w:t>2ème JOURNÉE FRANÇAISE des</w:t>
      </w:r>
    </w:p>
    <w:p w14:paraId="27C65355" w14:textId="2B182F3A" w:rsidR="001515DB" w:rsidRPr="001515DB" w:rsidRDefault="001515DB" w:rsidP="001515DB">
      <w:pPr>
        <w:pStyle w:val="Title"/>
        <w:spacing w:before="160" w:after="20"/>
        <w:ind w:left="2160" w:firstLine="720"/>
        <w:rPr>
          <w:color w:val="0070C0"/>
          <w:lang w:val="fr-FR"/>
        </w:rPr>
      </w:pPr>
      <w:r w:rsidRPr="001515DB">
        <w:rPr>
          <w:color w:val="0070C0"/>
          <w:lang w:val="fr-FR"/>
        </w:rPr>
        <w:t>OLIGONUCLÉOTIDES THÉRAPEUTIQUES</w:t>
      </w:r>
    </w:p>
    <w:p w14:paraId="51DB9758" w14:textId="77777777" w:rsidR="001515DB" w:rsidRDefault="001515DB">
      <w:pPr>
        <w:pStyle w:val="Title"/>
        <w:spacing w:before="160" w:after="20"/>
        <w:rPr>
          <w:lang w:val="fr-FR"/>
        </w:rPr>
      </w:pPr>
    </w:p>
    <w:p w14:paraId="623F0948" w14:textId="7E77B805" w:rsidR="00315A6A" w:rsidRPr="001515DB" w:rsidRDefault="00000000">
      <w:pPr>
        <w:pStyle w:val="Title"/>
        <w:spacing w:before="160" w:after="20"/>
        <w:rPr>
          <w:lang w:val="fr-FR"/>
        </w:rPr>
      </w:pPr>
      <w:r w:rsidRPr="001515DB">
        <w:rPr>
          <w:lang w:val="fr-FR"/>
        </w:rPr>
        <w:t>Formulaire de candidature Pitch Biotech</w:t>
      </w:r>
    </w:p>
    <w:p w14:paraId="2753EA45" w14:textId="511FE26B" w:rsidR="00315A6A" w:rsidRPr="001515DB" w:rsidRDefault="00000000">
      <w:pPr>
        <w:spacing w:after="100"/>
        <w:rPr>
          <w:color w:val="0070C0"/>
          <w:lang w:val="fr-FR"/>
        </w:rPr>
      </w:pPr>
      <w:r w:rsidRPr="001515DB">
        <w:rPr>
          <w:b/>
          <w:color w:val="0070C0"/>
          <w:sz w:val="19"/>
          <w:lang w:val="fr-FR"/>
        </w:rPr>
        <w:t xml:space="preserve">SESSION </w:t>
      </w:r>
      <w:r w:rsidR="00D401FB" w:rsidRPr="001515DB">
        <w:rPr>
          <w:b/>
          <w:color w:val="0070C0"/>
          <w:sz w:val="19"/>
          <w:lang w:val="fr-FR"/>
        </w:rPr>
        <w:t>III INNOVATION</w:t>
      </w:r>
      <w:r w:rsidRPr="001515DB">
        <w:rPr>
          <w:b/>
          <w:color w:val="0070C0"/>
          <w:sz w:val="19"/>
          <w:lang w:val="fr-FR"/>
        </w:rPr>
        <w:t xml:space="preserve"> BIOTECH ET PHARMACEUTIQUE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1"/>
        <w:gridCol w:w="3384"/>
        <w:gridCol w:w="3960"/>
      </w:tblGrid>
      <w:tr w:rsidR="00315A6A" w:rsidRPr="001515DB" w14:paraId="76A26D27" w14:textId="77777777">
        <w:trPr>
          <w:jc w:val="center"/>
        </w:trPr>
        <w:tc>
          <w:tcPr>
            <w:tcW w:w="3311" w:type="dxa"/>
            <w:tcBorders>
              <w:top w:val="single" w:sz="8" w:space="0" w:color="D9E3E8"/>
              <w:left w:val="single" w:sz="8" w:space="0" w:color="D9E3E8"/>
              <w:bottom w:val="single" w:sz="8" w:space="0" w:color="D9E3E8"/>
              <w:right w:val="single" w:sz="8" w:space="0" w:color="D9E3E8"/>
            </w:tcBorders>
            <w:shd w:val="clear" w:color="auto" w:fill="EE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4F2E1C" w14:textId="77777777" w:rsidR="00315A6A" w:rsidRDefault="00000000">
            <w:pPr>
              <w:spacing w:after="0"/>
              <w:jc w:val="center"/>
            </w:pPr>
            <w:r>
              <w:rPr>
                <w:b/>
                <w:color w:val="183A5A"/>
                <w:sz w:val="15"/>
              </w:rPr>
              <w:t>FORMAT</w:t>
            </w:r>
            <w:r>
              <w:rPr>
                <w:b/>
                <w:color w:val="183A5A"/>
                <w:sz w:val="15"/>
              </w:rPr>
              <w:br/>
            </w:r>
            <w:r>
              <w:rPr>
                <w:color w:val="4F5B62"/>
                <w:sz w:val="16"/>
              </w:rPr>
              <w:t>Pitch oral de 5 minutes</w:t>
            </w:r>
          </w:p>
        </w:tc>
        <w:tc>
          <w:tcPr>
            <w:tcW w:w="3384" w:type="dxa"/>
            <w:tcBorders>
              <w:top w:val="single" w:sz="8" w:space="0" w:color="D9E3E8"/>
              <w:left w:val="single" w:sz="8" w:space="0" w:color="D9E3E8"/>
              <w:bottom w:val="single" w:sz="8" w:space="0" w:color="D9E3E8"/>
              <w:right w:val="single" w:sz="8" w:space="0" w:color="D9E3E8"/>
            </w:tcBorders>
            <w:shd w:val="clear" w:color="auto" w:fill="EE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A8C83B" w14:textId="77777777" w:rsidR="00315A6A" w:rsidRPr="001515DB" w:rsidRDefault="00000000">
            <w:pPr>
              <w:spacing w:after="0"/>
              <w:jc w:val="center"/>
              <w:rPr>
                <w:lang w:val="fr-FR"/>
              </w:rPr>
            </w:pPr>
            <w:r w:rsidRPr="001515DB">
              <w:rPr>
                <w:b/>
                <w:color w:val="183A5A"/>
                <w:sz w:val="15"/>
                <w:lang w:val="fr-FR"/>
              </w:rPr>
              <w:t>ABSTRACT</w:t>
            </w:r>
            <w:r w:rsidRPr="001515DB">
              <w:rPr>
                <w:b/>
                <w:color w:val="183A5A"/>
                <w:sz w:val="15"/>
                <w:lang w:val="fr-FR"/>
              </w:rPr>
              <w:br/>
            </w:r>
            <w:r w:rsidRPr="001515DB">
              <w:rPr>
                <w:color w:val="4F5B62"/>
                <w:sz w:val="16"/>
                <w:lang w:val="fr-FR"/>
              </w:rPr>
              <w:t xml:space="preserve">Français ou </w:t>
            </w:r>
            <w:proofErr w:type="gramStart"/>
            <w:r w:rsidRPr="001515DB">
              <w:rPr>
                <w:color w:val="4F5B62"/>
                <w:sz w:val="16"/>
                <w:lang w:val="fr-FR"/>
              </w:rPr>
              <w:t>anglais  •</w:t>
            </w:r>
            <w:proofErr w:type="gramEnd"/>
            <w:r w:rsidRPr="001515DB">
              <w:rPr>
                <w:color w:val="4F5B62"/>
                <w:sz w:val="16"/>
                <w:lang w:val="fr-FR"/>
              </w:rPr>
              <w:t xml:space="preserve">  300 mots max.</w:t>
            </w:r>
          </w:p>
        </w:tc>
        <w:tc>
          <w:tcPr>
            <w:tcW w:w="3960" w:type="dxa"/>
            <w:tcBorders>
              <w:top w:val="single" w:sz="8" w:space="0" w:color="D9E3E8"/>
              <w:left w:val="single" w:sz="8" w:space="0" w:color="D9E3E8"/>
              <w:bottom w:val="single" w:sz="8" w:space="0" w:color="D9E3E8"/>
              <w:right w:val="single" w:sz="8" w:space="0" w:color="D9E3E8"/>
            </w:tcBorders>
            <w:shd w:val="clear" w:color="auto" w:fill="EE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165407" w14:textId="77777777" w:rsidR="00315A6A" w:rsidRPr="001515DB" w:rsidRDefault="00000000">
            <w:pPr>
              <w:spacing w:after="0"/>
              <w:jc w:val="center"/>
              <w:rPr>
                <w:lang w:val="fr-FR"/>
              </w:rPr>
            </w:pPr>
            <w:r w:rsidRPr="001515DB">
              <w:rPr>
                <w:b/>
                <w:color w:val="183A5A"/>
                <w:sz w:val="15"/>
                <w:lang w:val="fr-FR"/>
              </w:rPr>
              <w:t>DATE LIMITE</w:t>
            </w:r>
            <w:r w:rsidRPr="001515DB">
              <w:rPr>
                <w:b/>
                <w:color w:val="183A5A"/>
                <w:sz w:val="15"/>
                <w:lang w:val="fr-FR"/>
              </w:rPr>
              <w:br/>
            </w:r>
            <w:r w:rsidRPr="001515DB">
              <w:rPr>
                <w:color w:val="4F5B62"/>
                <w:sz w:val="16"/>
                <w:lang w:val="fr-FR"/>
              </w:rPr>
              <w:t xml:space="preserve">12 octobre </w:t>
            </w:r>
            <w:proofErr w:type="gramStart"/>
            <w:r w:rsidRPr="001515DB">
              <w:rPr>
                <w:color w:val="4F5B62"/>
                <w:sz w:val="16"/>
                <w:lang w:val="fr-FR"/>
              </w:rPr>
              <w:t>2026  •</w:t>
            </w:r>
            <w:proofErr w:type="gramEnd"/>
            <w:r w:rsidRPr="001515DB">
              <w:rPr>
                <w:color w:val="4F5B62"/>
                <w:sz w:val="16"/>
                <w:lang w:val="fr-FR"/>
              </w:rPr>
              <w:t xml:space="preserve">  info@sfot.fr</w:t>
            </w:r>
          </w:p>
        </w:tc>
      </w:tr>
    </w:tbl>
    <w:p w14:paraId="50425E7D" w14:textId="77777777" w:rsidR="00315A6A" w:rsidRPr="001515DB" w:rsidRDefault="00315A6A">
      <w:pPr>
        <w:spacing w:after="0"/>
        <w:rPr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315A6A" w:rsidRPr="001515DB" w14:paraId="65A9A8E6" w14:textId="77777777">
        <w:trPr>
          <w:trHeight w:val="892"/>
          <w:jc w:val="center"/>
        </w:trPr>
        <w:tc>
          <w:tcPr>
            <w:tcW w:w="5328" w:type="dxa"/>
            <w:tcBorders>
              <w:top w:val="single" w:sz="8" w:space="0" w:color="D9E3E8"/>
              <w:left w:val="single" w:sz="8" w:space="0" w:color="D9E3E8"/>
              <w:bottom w:val="single" w:sz="8" w:space="0" w:color="D9E3E8"/>
              <w:right w:val="single" w:sz="8" w:space="0" w:color="D9E3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2FBBDA" w14:textId="77777777" w:rsidR="00315A6A" w:rsidRPr="001515DB" w:rsidRDefault="00000000">
            <w:pPr>
              <w:spacing w:after="0"/>
              <w:rPr>
                <w:lang w:val="fr-FR"/>
              </w:rPr>
            </w:pPr>
            <w:r w:rsidRPr="001515DB">
              <w:rPr>
                <w:b/>
                <w:color w:val="183A5A"/>
                <w:sz w:val="17"/>
                <w:lang w:val="fr-FR"/>
              </w:rPr>
              <w:t>Prénom du présentateur</w:t>
            </w:r>
            <w:proofErr w:type="gramStart"/>
            <w:r w:rsidRPr="001515DB">
              <w:rPr>
                <w:b/>
                <w:color w:val="183A5A"/>
                <w:sz w:val="17"/>
                <w:lang w:val="fr-FR"/>
              </w:rPr>
              <w:t>*</w:t>
            </w:r>
            <w:r w:rsidRPr="001515DB">
              <w:rPr>
                <w:i/>
                <w:color w:val="4F5B62"/>
                <w:sz w:val="15"/>
                <w:lang w:val="fr-FR"/>
              </w:rPr>
              <w:t xml:space="preserve">  First</w:t>
            </w:r>
            <w:proofErr w:type="gramEnd"/>
            <w:r w:rsidRPr="001515DB">
              <w:rPr>
                <w:i/>
                <w:color w:val="4F5B62"/>
                <w:sz w:val="15"/>
                <w:lang w:val="fr-FR"/>
              </w:rPr>
              <w:t xml:space="preserve"> </w:t>
            </w:r>
            <w:proofErr w:type="spellStart"/>
            <w:r w:rsidRPr="001515DB">
              <w:rPr>
                <w:i/>
                <w:color w:val="4F5B62"/>
                <w:sz w:val="15"/>
                <w:lang w:val="fr-FR"/>
              </w:rPr>
              <w:t>name</w:t>
            </w:r>
            <w:proofErr w:type="spellEnd"/>
          </w:p>
          <w:p w14:paraId="4B4656E3" w14:textId="77777777" w:rsidR="00315A6A" w:rsidRPr="001515DB" w:rsidRDefault="00000000">
            <w:pPr>
              <w:spacing w:before="40" w:after="0"/>
              <w:rPr>
                <w:lang w:val="fr-FR"/>
              </w:rPr>
            </w:pPr>
            <w:sdt>
              <w:sdtPr>
                <w:rPr>
                  <w:lang w:val="fr-FR"/>
                </w:rPr>
                <w:alias w:val="FIRST_NAME"/>
                <w:tag w:val="FIRST_NAME"/>
                <w:id w:val="-1449842592"/>
                <w:text/>
              </w:sdtPr>
              <w:sdtContent>
                <w:r w:rsidRPr="001515DB">
                  <w:rPr>
                    <w:color w:val="4F5B62"/>
                    <w:sz w:val="19"/>
                    <w:lang w:val="fr-FR"/>
                  </w:rPr>
                  <w:t>Cliquer ici</w:t>
                </w:r>
              </w:sdtContent>
            </w:sdt>
          </w:p>
        </w:tc>
        <w:tc>
          <w:tcPr>
            <w:tcW w:w="5328" w:type="dxa"/>
            <w:tcBorders>
              <w:top w:val="single" w:sz="8" w:space="0" w:color="D9E3E8"/>
              <w:left w:val="single" w:sz="8" w:space="0" w:color="D9E3E8"/>
              <w:bottom w:val="single" w:sz="8" w:space="0" w:color="D9E3E8"/>
              <w:right w:val="single" w:sz="8" w:space="0" w:color="D9E3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0213F" w14:textId="77777777" w:rsidR="00315A6A" w:rsidRPr="001515DB" w:rsidRDefault="00000000">
            <w:pPr>
              <w:spacing w:after="0"/>
              <w:rPr>
                <w:lang w:val="fr-FR"/>
              </w:rPr>
            </w:pPr>
            <w:r w:rsidRPr="001515DB">
              <w:rPr>
                <w:b/>
                <w:color w:val="183A5A"/>
                <w:sz w:val="17"/>
                <w:lang w:val="fr-FR"/>
              </w:rPr>
              <w:t>Nom du présentateur</w:t>
            </w:r>
            <w:proofErr w:type="gramStart"/>
            <w:r w:rsidRPr="001515DB">
              <w:rPr>
                <w:b/>
                <w:color w:val="183A5A"/>
                <w:sz w:val="17"/>
                <w:lang w:val="fr-FR"/>
              </w:rPr>
              <w:t>*</w:t>
            </w:r>
            <w:r w:rsidRPr="001515DB">
              <w:rPr>
                <w:i/>
                <w:color w:val="4F5B62"/>
                <w:sz w:val="15"/>
                <w:lang w:val="fr-FR"/>
              </w:rPr>
              <w:t xml:space="preserve">  Last</w:t>
            </w:r>
            <w:proofErr w:type="gramEnd"/>
            <w:r w:rsidRPr="001515DB">
              <w:rPr>
                <w:i/>
                <w:color w:val="4F5B62"/>
                <w:sz w:val="15"/>
                <w:lang w:val="fr-FR"/>
              </w:rPr>
              <w:t xml:space="preserve"> </w:t>
            </w:r>
            <w:proofErr w:type="spellStart"/>
            <w:r w:rsidRPr="001515DB">
              <w:rPr>
                <w:i/>
                <w:color w:val="4F5B62"/>
                <w:sz w:val="15"/>
                <w:lang w:val="fr-FR"/>
              </w:rPr>
              <w:t>name</w:t>
            </w:r>
            <w:proofErr w:type="spellEnd"/>
          </w:p>
          <w:p w14:paraId="22886579" w14:textId="77777777" w:rsidR="00315A6A" w:rsidRPr="001515DB" w:rsidRDefault="00000000">
            <w:pPr>
              <w:spacing w:before="40" w:after="0"/>
              <w:rPr>
                <w:lang w:val="fr-FR"/>
              </w:rPr>
            </w:pPr>
            <w:sdt>
              <w:sdtPr>
                <w:rPr>
                  <w:lang w:val="fr-FR"/>
                </w:rPr>
                <w:alias w:val="LAST_NAME"/>
                <w:tag w:val="LAST_NAME"/>
                <w:id w:val="1285078248"/>
                <w:text/>
              </w:sdtPr>
              <w:sdtContent>
                <w:r w:rsidRPr="001515DB">
                  <w:rPr>
                    <w:color w:val="4F5B62"/>
                    <w:sz w:val="19"/>
                    <w:lang w:val="fr-FR"/>
                  </w:rPr>
                  <w:t>Cliquer ici</w:t>
                </w:r>
              </w:sdtContent>
            </w:sdt>
          </w:p>
        </w:tc>
      </w:tr>
      <w:tr w:rsidR="00315A6A" w:rsidRPr="001515DB" w14:paraId="203926BB" w14:textId="77777777">
        <w:trPr>
          <w:trHeight w:val="892"/>
          <w:jc w:val="center"/>
        </w:trPr>
        <w:tc>
          <w:tcPr>
            <w:tcW w:w="5328" w:type="dxa"/>
            <w:tcBorders>
              <w:top w:val="single" w:sz="8" w:space="0" w:color="D9E3E8"/>
              <w:left w:val="single" w:sz="8" w:space="0" w:color="D9E3E8"/>
              <w:bottom w:val="single" w:sz="8" w:space="0" w:color="D9E3E8"/>
              <w:right w:val="single" w:sz="8" w:space="0" w:color="D9E3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16682" w14:textId="77777777" w:rsidR="00315A6A" w:rsidRDefault="00000000">
            <w:pPr>
              <w:spacing w:after="0"/>
            </w:pPr>
            <w:proofErr w:type="spellStart"/>
            <w:r>
              <w:rPr>
                <w:b/>
                <w:color w:val="183A5A"/>
                <w:sz w:val="17"/>
              </w:rPr>
              <w:t>Fonction</w:t>
            </w:r>
            <w:proofErr w:type="spellEnd"/>
            <w:proofErr w:type="gramStart"/>
            <w:r>
              <w:rPr>
                <w:b/>
                <w:color w:val="183A5A"/>
                <w:sz w:val="17"/>
              </w:rPr>
              <w:t>*</w:t>
            </w:r>
            <w:r>
              <w:rPr>
                <w:i/>
                <w:color w:val="4F5B62"/>
                <w:sz w:val="15"/>
              </w:rPr>
              <w:t xml:space="preserve">  Position</w:t>
            </w:r>
            <w:proofErr w:type="gramEnd"/>
          </w:p>
          <w:p w14:paraId="6E8652BB" w14:textId="77777777" w:rsidR="00315A6A" w:rsidRDefault="00000000">
            <w:pPr>
              <w:spacing w:before="40" w:after="0"/>
            </w:pPr>
            <w:sdt>
              <w:sdtPr>
                <w:alias w:val="POSITION"/>
                <w:tag w:val="POSITION"/>
                <w:id w:val="-2045278203"/>
                <w:text/>
              </w:sdtPr>
              <w:sdtContent>
                <w:r>
                  <w:rPr>
                    <w:color w:val="4F5B62"/>
                    <w:sz w:val="19"/>
                  </w:rPr>
                  <w:t>Cliquer ici</w:t>
                </w:r>
              </w:sdtContent>
            </w:sdt>
          </w:p>
        </w:tc>
        <w:tc>
          <w:tcPr>
            <w:tcW w:w="5328" w:type="dxa"/>
            <w:tcBorders>
              <w:top w:val="single" w:sz="8" w:space="0" w:color="D9E3E8"/>
              <w:left w:val="single" w:sz="8" w:space="0" w:color="D9E3E8"/>
              <w:bottom w:val="single" w:sz="8" w:space="0" w:color="D9E3E8"/>
              <w:right w:val="single" w:sz="8" w:space="0" w:color="D9E3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20B10B" w14:textId="77777777" w:rsidR="00315A6A" w:rsidRPr="001515DB" w:rsidRDefault="00000000">
            <w:pPr>
              <w:spacing w:after="0"/>
              <w:rPr>
                <w:lang w:val="fr-FR"/>
              </w:rPr>
            </w:pPr>
            <w:r w:rsidRPr="001515DB">
              <w:rPr>
                <w:b/>
                <w:color w:val="183A5A"/>
                <w:sz w:val="17"/>
                <w:lang w:val="fr-FR"/>
              </w:rPr>
              <w:t>Adresse email</w:t>
            </w:r>
            <w:proofErr w:type="gramStart"/>
            <w:r w:rsidRPr="001515DB">
              <w:rPr>
                <w:b/>
                <w:color w:val="183A5A"/>
                <w:sz w:val="17"/>
                <w:lang w:val="fr-FR"/>
              </w:rPr>
              <w:t>*</w:t>
            </w:r>
            <w:r w:rsidRPr="001515DB">
              <w:rPr>
                <w:i/>
                <w:color w:val="4F5B62"/>
                <w:sz w:val="15"/>
                <w:lang w:val="fr-FR"/>
              </w:rPr>
              <w:t xml:space="preserve">  Email</w:t>
            </w:r>
            <w:proofErr w:type="gramEnd"/>
            <w:r w:rsidRPr="001515DB">
              <w:rPr>
                <w:i/>
                <w:color w:val="4F5B62"/>
                <w:sz w:val="15"/>
                <w:lang w:val="fr-FR"/>
              </w:rPr>
              <w:t xml:space="preserve"> </w:t>
            </w:r>
            <w:proofErr w:type="spellStart"/>
            <w:r w:rsidRPr="001515DB">
              <w:rPr>
                <w:i/>
                <w:color w:val="4F5B62"/>
                <w:sz w:val="15"/>
                <w:lang w:val="fr-FR"/>
              </w:rPr>
              <w:t>address</w:t>
            </w:r>
            <w:proofErr w:type="spellEnd"/>
          </w:p>
          <w:p w14:paraId="2B34B60F" w14:textId="77777777" w:rsidR="00315A6A" w:rsidRPr="001515DB" w:rsidRDefault="00000000">
            <w:pPr>
              <w:spacing w:before="40" w:after="0"/>
              <w:rPr>
                <w:lang w:val="fr-FR"/>
              </w:rPr>
            </w:pPr>
            <w:sdt>
              <w:sdtPr>
                <w:rPr>
                  <w:lang w:val="fr-FR"/>
                </w:rPr>
                <w:alias w:val="EMAIL"/>
                <w:tag w:val="EMAIL"/>
                <w:id w:val="2050794382"/>
                <w:text/>
              </w:sdtPr>
              <w:sdtContent>
                <w:r w:rsidRPr="001515DB">
                  <w:rPr>
                    <w:color w:val="4F5B62"/>
                    <w:sz w:val="19"/>
                    <w:lang w:val="fr-FR"/>
                  </w:rPr>
                  <w:t>Cliquer ici</w:t>
                </w:r>
              </w:sdtContent>
            </w:sdt>
          </w:p>
        </w:tc>
      </w:tr>
      <w:tr w:rsidR="00315A6A" w14:paraId="14F2BA31" w14:textId="77777777">
        <w:trPr>
          <w:trHeight w:val="892"/>
          <w:jc w:val="center"/>
        </w:trPr>
        <w:tc>
          <w:tcPr>
            <w:tcW w:w="5328" w:type="dxa"/>
            <w:tcBorders>
              <w:top w:val="single" w:sz="8" w:space="0" w:color="D9E3E8"/>
              <w:left w:val="single" w:sz="8" w:space="0" w:color="D9E3E8"/>
              <w:bottom w:val="single" w:sz="8" w:space="0" w:color="D9E3E8"/>
              <w:right w:val="single" w:sz="8" w:space="0" w:color="D9E3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8FA023" w14:textId="77777777" w:rsidR="00315A6A" w:rsidRDefault="00000000">
            <w:pPr>
              <w:spacing w:after="0"/>
            </w:pPr>
            <w:proofErr w:type="spellStart"/>
            <w:r>
              <w:rPr>
                <w:b/>
                <w:color w:val="183A5A"/>
                <w:sz w:val="17"/>
              </w:rPr>
              <w:t>Entreprise</w:t>
            </w:r>
            <w:proofErr w:type="spellEnd"/>
            <w:proofErr w:type="gramStart"/>
            <w:r>
              <w:rPr>
                <w:b/>
                <w:color w:val="183A5A"/>
                <w:sz w:val="17"/>
              </w:rPr>
              <w:t>*</w:t>
            </w:r>
            <w:r>
              <w:rPr>
                <w:i/>
                <w:color w:val="4F5B62"/>
                <w:sz w:val="15"/>
              </w:rPr>
              <w:t xml:space="preserve">  Company</w:t>
            </w:r>
            <w:proofErr w:type="gramEnd"/>
          </w:p>
          <w:p w14:paraId="5FFF2E23" w14:textId="77777777" w:rsidR="00315A6A" w:rsidRDefault="00000000">
            <w:pPr>
              <w:spacing w:before="40" w:after="0"/>
            </w:pPr>
            <w:sdt>
              <w:sdtPr>
                <w:alias w:val="COMPANY"/>
                <w:tag w:val="COMPANY"/>
                <w:id w:val="-844324968"/>
                <w:text/>
              </w:sdtPr>
              <w:sdtContent>
                <w:r>
                  <w:rPr>
                    <w:color w:val="4F5B62"/>
                    <w:sz w:val="19"/>
                  </w:rPr>
                  <w:t>Cliquer ici</w:t>
                </w:r>
              </w:sdtContent>
            </w:sdt>
          </w:p>
        </w:tc>
        <w:tc>
          <w:tcPr>
            <w:tcW w:w="5328" w:type="dxa"/>
            <w:tcBorders>
              <w:top w:val="single" w:sz="8" w:space="0" w:color="D9E3E8"/>
              <w:left w:val="single" w:sz="8" w:space="0" w:color="D9E3E8"/>
              <w:bottom w:val="single" w:sz="8" w:space="0" w:color="D9E3E8"/>
              <w:right w:val="single" w:sz="8" w:space="0" w:color="D9E3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99E33C" w14:textId="77777777" w:rsidR="00315A6A" w:rsidRDefault="00000000">
            <w:pPr>
              <w:spacing w:after="0"/>
            </w:pPr>
            <w:r>
              <w:rPr>
                <w:b/>
                <w:color w:val="183A5A"/>
                <w:sz w:val="17"/>
              </w:rPr>
              <w:t>Site internet</w:t>
            </w:r>
            <w:r>
              <w:rPr>
                <w:i/>
                <w:color w:val="4F5B62"/>
                <w:sz w:val="15"/>
              </w:rPr>
              <w:t xml:space="preserve">  Website, optional</w:t>
            </w:r>
          </w:p>
          <w:p w14:paraId="39AF4B91" w14:textId="77777777" w:rsidR="00315A6A" w:rsidRDefault="00000000">
            <w:pPr>
              <w:spacing w:before="40" w:after="0"/>
            </w:pPr>
            <w:sdt>
              <w:sdtPr>
                <w:alias w:val="WEBSITE"/>
                <w:tag w:val="WEBSITE"/>
                <w:id w:val="-508748252"/>
                <w:text/>
              </w:sdtPr>
              <w:sdtContent>
                <w:r>
                  <w:rPr>
                    <w:color w:val="4F5B62"/>
                    <w:sz w:val="19"/>
                  </w:rPr>
                  <w:t>Optionnel</w:t>
                </w:r>
              </w:sdtContent>
            </w:sdt>
          </w:p>
        </w:tc>
      </w:tr>
      <w:tr w:rsidR="00315A6A" w:rsidRPr="001515DB" w14:paraId="1F3498A5" w14:textId="77777777">
        <w:trPr>
          <w:trHeight w:val="907"/>
          <w:jc w:val="center"/>
        </w:trPr>
        <w:tc>
          <w:tcPr>
            <w:tcW w:w="10656" w:type="dxa"/>
            <w:gridSpan w:val="2"/>
            <w:tcBorders>
              <w:top w:val="single" w:sz="8" w:space="0" w:color="D9E3E8"/>
              <w:left w:val="single" w:sz="8" w:space="0" w:color="D9E3E8"/>
              <w:bottom w:val="single" w:sz="8" w:space="0" w:color="D9E3E8"/>
              <w:right w:val="single" w:sz="8" w:space="0" w:color="D9E3E8"/>
            </w:tcBorders>
            <w:shd w:val="clear" w:color="auto" w:fill="EE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DDAC56" w14:textId="77777777" w:rsidR="00315A6A" w:rsidRPr="001515DB" w:rsidRDefault="00000000">
            <w:pPr>
              <w:spacing w:after="0"/>
              <w:rPr>
                <w:lang w:val="fr-FR"/>
              </w:rPr>
            </w:pPr>
            <w:r w:rsidRPr="001515DB">
              <w:rPr>
                <w:b/>
                <w:color w:val="183A5A"/>
                <w:sz w:val="17"/>
                <w:lang w:val="fr-FR"/>
              </w:rPr>
              <w:t>Titre de l’abstract</w:t>
            </w:r>
            <w:proofErr w:type="gramStart"/>
            <w:r w:rsidRPr="001515DB">
              <w:rPr>
                <w:b/>
                <w:color w:val="183A5A"/>
                <w:sz w:val="17"/>
                <w:lang w:val="fr-FR"/>
              </w:rPr>
              <w:t>*</w:t>
            </w:r>
            <w:r w:rsidRPr="001515DB">
              <w:rPr>
                <w:i/>
                <w:color w:val="4F5B62"/>
                <w:sz w:val="15"/>
                <w:lang w:val="fr-FR"/>
              </w:rPr>
              <w:t xml:space="preserve">  Abstract</w:t>
            </w:r>
            <w:proofErr w:type="gramEnd"/>
            <w:r w:rsidRPr="001515DB">
              <w:rPr>
                <w:i/>
                <w:color w:val="4F5B62"/>
                <w:sz w:val="15"/>
                <w:lang w:val="fr-FR"/>
              </w:rPr>
              <w:t xml:space="preserve"> </w:t>
            </w:r>
            <w:proofErr w:type="spellStart"/>
            <w:r w:rsidRPr="001515DB">
              <w:rPr>
                <w:i/>
                <w:color w:val="4F5B62"/>
                <w:sz w:val="15"/>
                <w:lang w:val="fr-FR"/>
              </w:rPr>
              <w:t>title</w:t>
            </w:r>
            <w:proofErr w:type="spellEnd"/>
          </w:p>
          <w:p w14:paraId="59294478" w14:textId="77777777" w:rsidR="00315A6A" w:rsidRPr="001515DB" w:rsidRDefault="00000000">
            <w:pPr>
              <w:spacing w:before="40" w:after="0"/>
              <w:rPr>
                <w:lang w:val="fr-FR"/>
              </w:rPr>
            </w:pPr>
            <w:sdt>
              <w:sdtPr>
                <w:rPr>
                  <w:lang w:val="fr-FR"/>
                </w:rPr>
                <w:alias w:val="ABSTRACT_TITLE"/>
                <w:tag w:val="ABSTRACT_TITLE"/>
                <w:id w:val="-1707020210"/>
                <w:text/>
              </w:sdtPr>
              <w:sdtContent>
                <w:r w:rsidRPr="001515DB">
                  <w:rPr>
                    <w:color w:val="4F5B62"/>
                    <w:sz w:val="19"/>
                    <w:lang w:val="fr-FR"/>
                  </w:rPr>
                  <w:t>Cliquer ici pour saisir le titre</w:t>
                </w:r>
              </w:sdtContent>
            </w:sdt>
          </w:p>
        </w:tc>
      </w:tr>
      <w:tr w:rsidR="00315A6A" w:rsidRPr="001515DB" w14:paraId="15933BEF" w14:textId="77777777">
        <w:trPr>
          <w:trHeight w:val="4003"/>
          <w:jc w:val="center"/>
        </w:trPr>
        <w:tc>
          <w:tcPr>
            <w:tcW w:w="10656" w:type="dxa"/>
            <w:gridSpan w:val="2"/>
            <w:tcBorders>
              <w:top w:val="single" w:sz="8" w:space="0" w:color="D9E3E8"/>
              <w:left w:val="single" w:sz="8" w:space="0" w:color="D9E3E8"/>
              <w:bottom w:val="single" w:sz="8" w:space="0" w:color="D9E3E8"/>
              <w:right w:val="single" w:sz="8" w:space="0" w:color="D9E3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D0BEBE" w14:textId="77777777" w:rsidR="00315A6A" w:rsidRPr="001515DB" w:rsidRDefault="00000000">
            <w:pPr>
              <w:spacing w:after="0"/>
              <w:rPr>
                <w:lang w:val="fr-FR"/>
              </w:rPr>
            </w:pPr>
            <w:r w:rsidRPr="001515DB">
              <w:rPr>
                <w:b/>
                <w:color w:val="183A5A"/>
                <w:sz w:val="17"/>
                <w:lang w:val="fr-FR"/>
              </w:rPr>
              <w:t>Résumé</w:t>
            </w:r>
            <w:proofErr w:type="gramStart"/>
            <w:r w:rsidRPr="001515DB">
              <w:rPr>
                <w:b/>
                <w:color w:val="183A5A"/>
                <w:sz w:val="17"/>
                <w:lang w:val="fr-FR"/>
              </w:rPr>
              <w:t>*</w:t>
            </w:r>
            <w:r w:rsidRPr="001515DB">
              <w:rPr>
                <w:i/>
                <w:color w:val="4F5B62"/>
                <w:sz w:val="15"/>
                <w:lang w:val="fr-FR"/>
              </w:rPr>
              <w:t xml:space="preserve">  Abstract</w:t>
            </w:r>
            <w:proofErr w:type="gramEnd"/>
            <w:r w:rsidRPr="001515DB">
              <w:rPr>
                <w:i/>
                <w:color w:val="4F5B62"/>
                <w:sz w:val="15"/>
                <w:lang w:val="fr-FR"/>
              </w:rPr>
              <w:t xml:space="preserve"> </w:t>
            </w:r>
            <w:proofErr w:type="spellStart"/>
            <w:proofErr w:type="gramStart"/>
            <w:r w:rsidRPr="001515DB">
              <w:rPr>
                <w:i/>
                <w:color w:val="4F5B62"/>
                <w:sz w:val="15"/>
                <w:lang w:val="fr-FR"/>
              </w:rPr>
              <w:t>text</w:t>
            </w:r>
            <w:proofErr w:type="spellEnd"/>
            <w:r w:rsidRPr="001515DB">
              <w:rPr>
                <w:i/>
                <w:color w:val="4F5B62"/>
                <w:sz w:val="15"/>
                <w:lang w:val="fr-FR"/>
              </w:rPr>
              <w:t xml:space="preserve">  •</w:t>
            </w:r>
            <w:proofErr w:type="gramEnd"/>
            <w:r w:rsidRPr="001515DB">
              <w:rPr>
                <w:i/>
                <w:color w:val="4F5B62"/>
                <w:sz w:val="15"/>
                <w:lang w:val="fr-FR"/>
              </w:rPr>
              <w:t xml:space="preserve">  300 mots maximum</w:t>
            </w:r>
          </w:p>
          <w:p w14:paraId="46325FD5" w14:textId="77777777" w:rsidR="00315A6A" w:rsidRPr="001515DB" w:rsidRDefault="00000000">
            <w:pPr>
              <w:spacing w:before="40" w:after="0"/>
              <w:rPr>
                <w:lang w:val="fr-FR"/>
              </w:rPr>
            </w:pPr>
            <w:sdt>
              <w:sdtPr>
                <w:rPr>
                  <w:lang w:val="fr-FR"/>
                </w:rPr>
                <w:alias w:val="ABSTRACT_TEXT"/>
                <w:tag w:val="ABSTRACT_TEXT"/>
                <w:id w:val="1396695992"/>
                <w:text/>
              </w:sdtPr>
              <w:sdtContent>
                <w:r w:rsidRPr="001515DB">
                  <w:rPr>
                    <w:color w:val="4F5B62"/>
                    <w:sz w:val="19"/>
                    <w:lang w:val="fr-FR"/>
                  </w:rPr>
                  <w:t>Cliquer ici pour saisir le résumé du projet, de la technologie ou de l’innovation</w:t>
                </w:r>
              </w:sdtContent>
            </w:sdt>
          </w:p>
        </w:tc>
      </w:tr>
      <w:tr w:rsidR="00315A6A" w14:paraId="5BBE0370" w14:textId="77777777">
        <w:trPr>
          <w:trHeight w:val="892"/>
          <w:jc w:val="center"/>
        </w:trPr>
        <w:tc>
          <w:tcPr>
            <w:tcW w:w="10656" w:type="dxa"/>
            <w:gridSpan w:val="2"/>
            <w:tcBorders>
              <w:top w:val="single" w:sz="8" w:space="0" w:color="D9E3E8"/>
              <w:left w:val="single" w:sz="8" w:space="0" w:color="D9E3E8"/>
              <w:bottom w:val="single" w:sz="8" w:space="0" w:color="D9E3E8"/>
              <w:right w:val="single" w:sz="8" w:space="0" w:color="D9E3E8"/>
            </w:tcBorders>
            <w:shd w:val="clear" w:color="auto" w:fill="EE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6EF339" w14:textId="77777777" w:rsidR="00315A6A" w:rsidRDefault="00000000">
            <w:pPr>
              <w:spacing w:after="0"/>
            </w:pPr>
            <w:r>
              <w:rPr>
                <w:b/>
                <w:color w:val="183A5A"/>
                <w:sz w:val="17"/>
              </w:rPr>
              <w:t>Mots-clés</w:t>
            </w:r>
            <w:proofErr w:type="gramStart"/>
            <w:r>
              <w:rPr>
                <w:b/>
                <w:color w:val="183A5A"/>
                <w:sz w:val="17"/>
              </w:rPr>
              <w:t>*</w:t>
            </w:r>
            <w:r>
              <w:rPr>
                <w:i/>
                <w:color w:val="4F5B62"/>
                <w:sz w:val="15"/>
              </w:rPr>
              <w:t xml:space="preserve">  Keywords</w:t>
            </w:r>
            <w:proofErr w:type="gramEnd"/>
            <w:r>
              <w:rPr>
                <w:i/>
                <w:color w:val="4F5B62"/>
                <w:sz w:val="15"/>
              </w:rPr>
              <w:t>, separated by commas</w:t>
            </w:r>
          </w:p>
          <w:p w14:paraId="5775C2C6" w14:textId="77777777" w:rsidR="00315A6A" w:rsidRDefault="00000000">
            <w:pPr>
              <w:spacing w:before="40" w:after="0"/>
            </w:pPr>
            <w:sdt>
              <w:sdtPr>
                <w:alias w:val="KEYWORDS"/>
                <w:tag w:val="KEYWORDS"/>
                <w:id w:val="1831872016"/>
                <w:text/>
              </w:sdtPr>
              <w:sdtContent>
                <w:r>
                  <w:rPr>
                    <w:color w:val="4F5B62"/>
                    <w:sz w:val="19"/>
                  </w:rPr>
                  <w:t>Ex. ASO, siRNA, delivery, formulation</w:t>
                </w:r>
              </w:sdtContent>
            </w:sdt>
          </w:p>
        </w:tc>
      </w:tr>
    </w:tbl>
    <w:p w14:paraId="2396D3E7" w14:textId="77777777" w:rsidR="00315A6A" w:rsidRPr="001515DB" w:rsidRDefault="00000000">
      <w:pPr>
        <w:spacing w:before="100" w:after="0"/>
        <w:jc w:val="center"/>
        <w:rPr>
          <w:lang w:val="fr-FR"/>
        </w:rPr>
      </w:pPr>
      <w:r w:rsidRPr="001515DB">
        <w:rPr>
          <w:b/>
          <w:color w:val="183A5A"/>
          <w:sz w:val="17"/>
          <w:lang w:val="fr-FR"/>
        </w:rPr>
        <w:t>Envoyer le formulaire complété à info@sfot.fr avant le 12 octobre 2026</w:t>
      </w:r>
    </w:p>
    <w:sectPr w:rsidR="00315A6A" w:rsidRPr="001515DB" w:rsidSect="00034616">
      <w:footerReference w:type="default" r:id="rId9"/>
      <w:pgSz w:w="12240" w:h="15840"/>
      <w:pgMar w:top="605" w:right="792" w:bottom="605" w:left="79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2AA3AC" w14:textId="77777777" w:rsidR="00A54ACE" w:rsidRDefault="00A54ACE">
      <w:pPr>
        <w:spacing w:after="0" w:line="240" w:lineRule="auto"/>
      </w:pPr>
      <w:r>
        <w:separator/>
      </w:r>
    </w:p>
  </w:endnote>
  <w:endnote w:type="continuationSeparator" w:id="0">
    <w:p w14:paraId="3D10E189" w14:textId="77777777" w:rsidR="00A54ACE" w:rsidRDefault="00A54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62974A" w14:textId="77777777" w:rsidR="00315A6A" w:rsidRPr="001515DB" w:rsidRDefault="00000000">
    <w:pPr>
      <w:pStyle w:val="Footer"/>
      <w:jc w:val="center"/>
      <w:rPr>
        <w:lang w:val="fr-FR"/>
      </w:rPr>
    </w:pPr>
    <w:r w:rsidRPr="001515DB">
      <w:rPr>
        <w:color w:val="4F5B62"/>
        <w:sz w:val="15"/>
        <w:lang w:val="fr-FR"/>
      </w:rPr>
      <w:t xml:space="preserve">Société Française des Oligonucléotides </w:t>
    </w:r>
    <w:proofErr w:type="gramStart"/>
    <w:r w:rsidRPr="001515DB">
      <w:rPr>
        <w:color w:val="4F5B62"/>
        <w:sz w:val="15"/>
        <w:lang w:val="fr-FR"/>
      </w:rPr>
      <w:t>Thérapeutiques  •</w:t>
    </w:r>
    <w:proofErr w:type="gramEnd"/>
    <w:r w:rsidRPr="001515DB">
      <w:rPr>
        <w:color w:val="4F5B62"/>
        <w:sz w:val="15"/>
        <w:lang w:val="fr-FR"/>
      </w:rPr>
      <w:t xml:space="preserve">  SFOT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9C9D74" w14:textId="77777777" w:rsidR="00A54ACE" w:rsidRDefault="00A54ACE">
      <w:pPr>
        <w:spacing w:after="0" w:line="240" w:lineRule="auto"/>
      </w:pPr>
      <w:r>
        <w:separator/>
      </w:r>
    </w:p>
  </w:footnote>
  <w:footnote w:type="continuationSeparator" w:id="0">
    <w:p w14:paraId="10C11577" w14:textId="77777777" w:rsidR="00A54ACE" w:rsidRDefault="00A54A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1432341">
    <w:abstractNumId w:val="8"/>
  </w:num>
  <w:num w:numId="2" w16cid:durableId="1749425352">
    <w:abstractNumId w:val="6"/>
  </w:num>
  <w:num w:numId="3" w16cid:durableId="757337153">
    <w:abstractNumId w:val="5"/>
  </w:num>
  <w:num w:numId="4" w16cid:durableId="1681085843">
    <w:abstractNumId w:val="4"/>
  </w:num>
  <w:num w:numId="5" w16cid:durableId="274488571">
    <w:abstractNumId w:val="7"/>
  </w:num>
  <w:num w:numId="6" w16cid:durableId="835339001">
    <w:abstractNumId w:val="3"/>
  </w:num>
  <w:num w:numId="7" w16cid:durableId="1790122740">
    <w:abstractNumId w:val="2"/>
  </w:num>
  <w:num w:numId="8" w16cid:durableId="1440419012">
    <w:abstractNumId w:val="1"/>
  </w:num>
  <w:num w:numId="9" w16cid:durableId="19567110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15DB"/>
    <w:rsid w:val="0029639D"/>
    <w:rsid w:val="00315A6A"/>
    <w:rsid w:val="00326F90"/>
    <w:rsid w:val="00335BBF"/>
    <w:rsid w:val="00877F32"/>
    <w:rsid w:val="00970AD0"/>
    <w:rsid w:val="00A54ACE"/>
    <w:rsid w:val="00AA1D8D"/>
    <w:rsid w:val="00B47730"/>
    <w:rsid w:val="00CB0664"/>
    <w:rsid w:val="00D401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61D8046"/>
  <w14:defaultImageDpi w14:val="300"/>
  <w15:docId w15:val="{78805557-2928-4105-A425-56E1BE9D9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candidature Pitch Biotech SFOT 2026</dc:title>
  <dc:subject>Candidature pour un pitch de 5 minutes lors de la Journée de la SFOT</dc:subject>
  <dc:creator>Société Française des Oligonucléotides Thérapeutiques</dc:creator>
  <cp:keywords/>
  <dc:description>generated by python-docx</dc:description>
  <cp:lastModifiedBy>Pilar Maestre Fernandez-Flores</cp:lastModifiedBy>
  <cp:revision>2</cp:revision>
  <dcterms:created xsi:type="dcterms:W3CDTF">2026-09-16T05:42:00Z</dcterms:created>
  <dcterms:modified xsi:type="dcterms:W3CDTF">2026-09-16T05:42:00Z</dcterms:modified>
  <cp:category/>
</cp:coreProperties>
</file>